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8D78B" w14:textId="3E2976BA" w:rsidR="00C03C13" w:rsidRPr="006F51FB" w:rsidRDefault="00000000">
      <w:pPr>
        <w:spacing w:after="160"/>
        <w:jc w:val="right"/>
        <w:rPr>
          <w:rFonts w:cs="Arial"/>
          <w:szCs w:val="18"/>
          <w:lang w:val="ru-RU"/>
        </w:rPr>
      </w:pPr>
      <w:r w:rsidRPr="006F51FB">
        <w:rPr>
          <w:rFonts w:cs="Arial"/>
          <w:b/>
          <w:szCs w:val="18"/>
          <w:lang w:val="ru-RU"/>
        </w:rPr>
        <w:t>УТВЕРЖДАЮ</w:t>
      </w:r>
      <w:r w:rsidRPr="006F51FB">
        <w:rPr>
          <w:rFonts w:cs="Arial"/>
          <w:b/>
          <w:szCs w:val="18"/>
          <w:lang w:val="ru-RU"/>
        </w:rPr>
        <w:br/>
      </w:r>
      <w:r w:rsidRPr="006F51FB">
        <w:rPr>
          <w:rFonts w:cs="Arial"/>
          <w:szCs w:val="18"/>
          <w:lang w:val="ru-RU"/>
        </w:rPr>
        <w:t>Руководитель</w:t>
      </w:r>
      <w:r w:rsidRPr="006F51FB">
        <w:rPr>
          <w:rFonts w:cs="Arial"/>
          <w:szCs w:val="18"/>
          <w:lang w:val="ru-RU"/>
        </w:rPr>
        <w:br/>
        <w:t xml:space="preserve">ООО «Клиника Загидуллина Рината </w:t>
      </w:r>
      <w:proofErr w:type="spellStart"/>
      <w:r w:rsidRPr="006F51FB">
        <w:rPr>
          <w:rFonts w:cs="Arial"/>
          <w:szCs w:val="18"/>
          <w:lang w:val="ru-RU"/>
        </w:rPr>
        <w:t>Амировича</w:t>
      </w:r>
      <w:proofErr w:type="spellEnd"/>
      <w:r w:rsidRPr="006F51FB">
        <w:rPr>
          <w:rFonts w:cs="Arial"/>
          <w:szCs w:val="18"/>
          <w:lang w:val="ru-RU"/>
        </w:rPr>
        <w:t>»</w:t>
      </w:r>
      <w:r w:rsidRPr="006F51FB">
        <w:rPr>
          <w:rFonts w:cs="Arial"/>
          <w:szCs w:val="18"/>
          <w:lang w:val="ru-RU"/>
        </w:rPr>
        <w:br/>
        <w:t>______________ Р. А. Загидуллин</w:t>
      </w:r>
      <w:r w:rsidRPr="006F51FB">
        <w:rPr>
          <w:rFonts w:cs="Arial"/>
          <w:szCs w:val="18"/>
          <w:lang w:val="ru-RU"/>
        </w:rPr>
        <w:br/>
      </w:r>
      <w:r w:rsidR="00197B69">
        <w:rPr>
          <w:rFonts w:cs="Arial"/>
          <w:szCs w:val="18"/>
          <w:lang w:val="ru-RU"/>
        </w:rPr>
        <w:t>24</w:t>
      </w:r>
      <w:r w:rsidRPr="006F51FB">
        <w:rPr>
          <w:rFonts w:cs="Arial"/>
          <w:szCs w:val="18"/>
          <w:lang w:val="ru-RU"/>
        </w:rPr>
        <w:t xml:space="preserve"> сентября 2026 г.</w:t>
      </w:r>
    </w:p>
    <w:p w14:paraId="43C1DC84" w14:textId="77777777" w:rsidR="00C03C13" w:rsidRPr="006F51FB" w:rsidRDefault="00000000">
      <w:pPr>
        <w:spacing w:after="140"/>
        <w:jc w:val="center"/>
        <w:rPr>
          <w:rFonts w:cs="Arial"/>
          <w:szCs w:val="18"/>
          <w:lang w:val="ru-RU"/>
        </w:rPr>
      </w:pPr>
      <w:r w:rsidRPr="006F51FB">
        <w:rPr>
          <w:rFonts w:cs="Arial"/>
          <w:b/>
          <w:szCs w:val="18"/>
          <w:lang w:val="ru-RU"/>
        </w:rPr>
        <w:t>ПРЕЙСКУРАНТ ПЛАТНЫХ МЕДИЦИНСКИХ УСЛУГ</w:t>
      </w:r>
    </w:p>
    <w:p w14:paraId="7F3598CE" w14:textId="77777777" w:rsidR="00C03C13" w:rsidRPr="006F51FB" w:rsidRDefault="00000000">
      <w:pPr>
        <w:spacing w:after="40" w:line="240" w:lineRule="auto"/>
        <w:ind w:left="255" w:hanging="255"/>
        <w:rPr>
          <w:rFonts w:cs="Arial"/>
          <w:szCs w:val="18"/>
          <w:lang w:val="ru-RU"/>
        </w:rPr>
      </w:pPr>
      <w:r w:rsidRPr="006F51FB">
        <w:rPr>
          <w:rFonts w:cs="Arial"/>
          <w:szCs w:val="18"/>
          <w:lang w:val="ru-RU"/>
        </w:rPr>
        <w:t xml:space="preserve">• Лазерные вмешательства выполняются на </w:t>
      </w:r>
      <w:r w:rsidRPr="006F51FB">
        <w:rPr>
          <w:rFonts w:cs="Arial"/>
          <w:szCs w:val="18"/>
        </w:rPr>
        <w:t>CO</w:t>
      </w:r>
      <w:r w:rsidRPr="006F51FB">
        <w:rPr>
          <w:rFonts w:ascii="Cambria Math" w:hAnsi="Cambria Math" w:cs="Cambria Math"/>
          <w:szCs w:val="18"/>
          <w:lang w:val="ru-RU"/>
        </w:rPr>
        <w:t>₂</w:t>
      </w:r>
      <w:r w:rsidRPr="006F51FB">
        <w:rPr>
          <w:rFonts w:cs="Arial"/>
          <w:szCs w:val="18"/>
          <w:lang w:val="ru-RU"/>
        </w:rPr>
        <w:t xml:space="preserve">-лазере </w:t>
      </w:r>
      <w:r w:rsidRPr="006F51FB">
        <w:rPr>
          <w:rFonts w:cs="Arial"/>
          <w:szCs w:val="18"/>
        </w:rPr>
        <w:t>B</w:t>
      </w:r>
      <w:r w:rsidR="00C62D44" w:rsidRPr="006F51FB">
        <w:rPr>
          <w:rFonts w:cs="Arial"/>
          <w:szCs w:val="18"/>
        </w:rPr>
        <w:t>IO</w:t>
      </w:r>
      <w:r w:rsidRPr="006F51FB">
        <w:rPr>
          <w:rFonts w:cs="Arial"/>
          <w:szCs w:val="18"/>
        </w:rPr>
        <w:t>X</w:t>
      </w:r>
      <w:r w:rsidR="00C62D44" w:rsidRPr="006F51FB">
        <w:rPr>
          <w:rFonts w:cs="Arial"/>
          <w:szCs w:val="18"/>
        </w:rPr>
        <w:t>E</w:t>
      </w:r>
      <w:r w:rsidRPr="006F51FB">
        <w:rPr>
          <w:rFonts w:cs="Arial"/>
          <w:szCs w:val="18"/>
        </w:rPr>
        <w:t>L</w:t>
      </w:r>
      <w:r w:rsidRPr="006F51FB">
        <w:rPr>
          <w:rFonts w:cs="Arial"/>
          <w:szCs w:val="18"/>
          <w:lang w:val="ru-RU"/>
        </w:rPr>
        <w:t xml:space="preserve"> и диодном лазере «Лахта-Милон». Метод и аппарат выбирает врач после осмотра с учётом размера, локализации, глубины и клинических особенностей образования.</w:t>
      </w:r>
    </w:p>
    <w:p w14:paraId="46340368" w14:textId="77777777" w:rsidR="00C03C13" w:rsidRPr="006F51FB" w:rsidRDefault="00000000">
      <w:pPr>
        <w:spacing w:after="40" w:line="240" w:lineRule="auto"/>
        <w:ind w:left="255" w:hanging="255"/>
        <w:rPr>
          <w:rFonts w:cs="Arial"/>
          <w:szCs w:val="18"/>
          <w:lang w:val="ru-RU"/>
        </w:rPr>
      </w:pPr>
      <w:r w:rsidRPr="006F51FB">
        <w:rPr>
          <w:rFonts w:cs="Arial"/>
          <w:szCs w:val="18"/>
          <w:lang w:val="ru-RU"/>
        </w:rPr>
        <w:t>• Цены на удаление новообразований кожи указаны за 1 элемент.</w:t>
      </w:r>
    </w:p>
    <w:p w14:paraId="54738E43" w14:textId="77777777" w:rsidR="00C03C13" w:rsidRPr="006F51FB" w:rsidRDefault="00000000">
      <w:pPr>
        <w:spacing w:after="40" w:line="240" w:lineRule="auto"/>
        <w:ind w:left="255" w:hanging="255"/>
        <w:rPr>
          <w:rFonts w:cs="Arial"/>
          <w:szCs w:val="18"/>
          <w:lang w:val="ru-RU"/>
        </w:rPr>
      </w:pPr>
      <w:r w:rsidRPr="006F51FB">
        <w:rPr>
          <w:rFonts w:cs="Arial"/>
          <w:szCs w:val="18"/>
          <w:lang w:val="ru-RU"/>
        </w:rPr>
        <w:t>• Стоимость лазерного удаления бородавок на кистях и стопах включает дистанционное послеоперационное наблюдение до полного заживления.</w:t>
      </w:r>
    </w:p>
    <w:p w14:paraId="7025863D" w14:textId="77777777" w:rsidR="00C03C13" w:rsidRPr="006F51FB" w:rsidRDefault="00000000">
      <w:pPr>
        <w:spacing w:after="40" w:line="240" w:lineRule="auto"/>
        <w:ind w:left="255" w:hanging="255"/>
        <w:rPr>
          <w:rFonts w:cs="Arial"/>
          <w:szCs w:val="18"/>
          <w:lang w:val="ru-RU"/>
        </w:rPr>
      </w:pPr>
      <w:r w:rsidRPr="006F51FB">
        <w:rPr>
          <w:rFonts w:cs="Arial"/>
          <w:szCs w:val="18"/>
          <w:lang w:val="ru-RU"/>
        </w:rPr>
        <w:t>• Анестезия, гистологическое исследование и перевязочный (расходный) материал не входят в стоимость хирургического вмешательства и оплачиваются отдельно согласно настоящему прейскуранту.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1502"/>
        <w:gridCol w:w="6322"/>
        <w:gridCol w:w="1190"/>
        <w:gridCol w:w="1021"/>
      </w:tblGrid>
      <w:tr w:rsidR="00C03C13" w:rsidRPr="006F51FB" w14:paraId="235506FA" w14:textId="77777777" w:rsidTr="006F51FB">
        <w:trPr>
          <w:cantSplit/>
          <w:tblHeader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9BD38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№ п/п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100976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Код услуги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47DF0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Наименование медицинской услуги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436C8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Продолжительность, мин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A83DB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Цена, руб.</w:t>
            </w:r>
          </w:p>
        </w:tc>
      </w:tr>
      <w:tr w:rsidR="00C03C13" w:rsidRPr="006F51FB" w14:paraId="1801FC7F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F968C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1</w:t>
            </w:r>
          </w:p>
        </w:tc>
        <w:tc>
          <w:tcPr>
            <w:tcW w:w="10035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3590D4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Консультация врача-хирурга</w:t>
            </w:r>
          </w:p>
        </w:tc>
      </w:tr>
      <w:tr w:rsidR="00C03C13" w:rsidRPr="006F51FB" w14:paraId="6949948A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4041C5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1.1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27EDC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B01.057.001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DA6CAC" w14:textId="5EC4EC98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Приём (осмотр, консультация) врача-хирурга первичный</w:t>
            </w:r>
            <w:r w:rsidR="0071287D">
              <w:rPr>
                <w:rFonts w:cs="Arial"/>
                <w:szCs w:val="18"/>
                <w:lang w:val="ru-RU"/>
              </w:rPr>
              <w:t xml:space="preserve"> (АКЦИЯ</w:t>
            </w:r>
            <w:r w:rsidR="00A05968">
              <w:rPr>
                <w:rFonts w:cs="Arial"/>
                <w:szCs w:val="18"/>
                <w:lang w:val="ru-RU"/>
              </w:rPr>
              <w:t xml:space="preserve"> вместо 1900 руб.</w:t>
            </w:r>
            <w:r w:rsidR="0071287D">
              <w:rPr>
                <w:rFonts w:cs="Arial"/>
                <w:szCs w:val="18"/>
                <w:lang w:val="ru-RU"/>
              </w:rPr>
              <w:t>)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87D9E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C031F6" w14:textId="7E74753C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900</w:t>
            </w:r>
          </w:p>
        </w:tc>
      </w:tr>
      <w:tr w:rsidR="00C03C13" w:rsidRPr="006F51FB" w14:paraId="3306E613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D45AC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1.2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AC8785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B01.057.002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D7EEBC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Приём (осмотр, консультация) врача-хирурга повторный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EE479C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3E170B" w14:textId="4432F8E3" w:rsidR="00C03C13" w:rsidRPr="0071287D" w:rsidRDefault="0071287D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0</w:t>
            </w:r>
          </w:p>
        </w:tc>
      </w:tr>
      <w:tr w:rsidR="00C03C13" w:rsidRPr="006F51FB" w14:paraId="055FB033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B5420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10</w:t>
            </w:r>
          </w:p>
        </w:tc>
        <w:tc>
          <w:tcPr>
            <w:tcW w:w="10035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B26880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Хирургия</w:t>
            </w:r>
          </w:p>
        </w:tc>
      </w:tr>
      <w:tr w:rsidR="00C03C13" w:rsidRPr="006F51FB" w14:paraId="5AE20E7A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F742C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C8E91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B01.003.004.005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2DE51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Инфильтрационная анестезия лидокаином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377D6D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D39AB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700</w:t>
            </w:r>
          </w:p>
        </w:tc>
      </w:tr>
      <w:tr w:rsidR="00C03C13" w:rsidRPr="006F51FB" w14:paraId="252C824A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525588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A81BD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B01.003.004.005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420F35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Инфильтрационная анестезия прокаином (новокаином)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4E2BE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F66FD1" w14:textId="77777777" w:rsidR="00C03C13" w:rsidRPr="006F51FB" w:rsidRDefault="00C62D44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  <w:lang w:val="ru-RU"/>
              </w:rPr>
              <w:t>7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C03C13" w:rsidRPr="006F51FB" w14:paraId="18CDF0A6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8F10CC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10.3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8439A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B01.003.004.005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38EF6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Инфильтрационная анестезия артикаином (ультракаином)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B0330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A3891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 xml:space="preserve">1 </w:t>
            </w:r>
            <w:r w:rsidR="00C62D44" w:rsidRPr="006F51FB">
              <w:rPr>
                <w:rFonts w:cs="Arial"/>
                <w:szCs w:val="18"/>
                <w:lang w:val="ru-RU"/>
              </w:rPr>
              <w:t>4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C03C13" w:rsidRPr="006F51FB" w14:paraId="1BD7C364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95CED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10.4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E0E3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A15.01.001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E324B8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Наложение повязки при нарушении целостности кожных покровов (перевязка чистой раны)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04AC8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5B1F98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800</w:t>
            </w:r>
          </w:p>
        </w:tc>
      </w:tr>
      <w:tr w:rsidR="00C03C13" w:rsidRPr="006F51FB" w14:paraId="1DA83A5F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6F9D8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10.5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FA575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A15.01.002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F4CF7D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Наложение повязки при гнойных заболеваниях кожи и подкожной клетчатки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8BB0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BD27A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1 200</w:t>
            </w:r>
          </w:p>
        </w:tc>
      </w:tr>
      <w:tr w:rsidR="00C03C13" w:rsidRPr="006F51FB" w14:paraId="32A8B842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D4012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10.6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D7A0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A16.30.069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7E58B9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Снятие послеоперационных швов (лигатур)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1E7B5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D783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800</w:t>
            </w:r>
          </w:p>
        </w:tc>
      </w:tr>
      <w:tr w:rsidR="00C03C13" w:rsidRPr="006F51FB" w14:paraId="60368239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B18855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10.7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C7DBE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A14.30.010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4B06A8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Уход за раневым дренажом, включая удаление по показаниям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4B0C4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2226C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800</w:t>
            </w:r>
          </w:p>
        </w:tc>
      </w:tr>
      <w:tr w:rsidR="00C03C13" w:rsidRPr="006F51FB" w14:paraId="4CCE861E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2EAE0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10.8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D837C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E00429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Вскрытие и дренирование абсцесса молочной железы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0C8E4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BC387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3 500</w:t>
            </w:r>
          </w:p>
        </w:tc>
      </w:tr>
      <w:tr w:rsidR="00C03C13" w:rsidRPr="006F51FB" w14:paraId="77A38F2E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FC0DC8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10.9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9862D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A16.30.076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8D41FE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Вскрытие гематомы мягких тканей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29785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FAEEB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3 000</w:t>
            </w:r>
          </w:p>
        </w:tc>
      </w:tr>
      <w:tr w:rsidR="00C03C13" w:rsidRPr="006F51FB" w14:paraId="226236DD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B8CF38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10.10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F28CC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0EBA28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Вскрытие и дренирование абсцесса до 3 см включительно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08558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C6742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4 500</w:t>
            </w:r>
          </w:p>
        </w:tc>
      </w:tr>
      <w:tr w:rsidR="00C03C13" w:rsidRPr="006F51FB" w14:paraId="6C3B465F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DF6F1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B57EA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C98AF6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Вскрытие и дренирование абсцесса свыше 3 см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E4F095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EE6F9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6 900</w:t>
            </w:r>
          </w:p>
        </w:tc>
      </w:tr>
      <w:tr w:rsidR="00C03C13" w:rsidRPr="006F51FB" w14:paraId="3DE127AE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07A0E6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10.12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B4711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6381E1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Вскрытие и дренирование глубокого абсцесса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A7E9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5819C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7 500</w:t>
            </w:r>
          </w:p>
        </w:tc>
      </w:tr>
      <w:tr w:rsidR="00C03C13" w:rsidRPr="006F51FB" w14:paraId="2AE444AC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BC0FE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10.13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BA2A7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FCF200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Вскрытие и дренирование глубокой флегмоны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DCCCC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A7F16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7 500</w:t>
            </w:r>
          </w:p>
        </w:tc>
      </w:tr>
      <w:tr w:rsidR="00C03C13" w:rsidRPr="006F51FB" w14:paraId="080D2896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2B4EE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10.14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7FCF2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A16.01.002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3A40EB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Вскрытие панариция: поверхностного, </w:t>
            </w:r>
            <w:proofErr w:type="spellStart"/>
            <w:r w:rsidRPr="006F51FB">
              <w:rPr>
                <w:rFonts w:cs="Arial"/>
                <w:szCs w:val="18"/>
                <w:lang w:val="ru-RU"/>
              </w:rPr>
              <w:t>подногтевого</w:t>
            </w:r>
            <w:proofErr w:type="spellEnd"/>
            <w:r w:rsidRPr="006F51FB">
              <w:rPr>
                <w:rFonts w:cs="Arial"/>
                <w:szCs w:val="18"/>
                <w:lang w:val="ru-RU"/>
              </w:rPr>
              <w:t xml:space="preserve"> или паронихии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D92AA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44F8E5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5 000</w:t>
            </w:r>
          </w:p>
        </w:tc>
      </w:tr>
      <w:tr w:rsidR="00C03C13" w:rsidRPr="006F51FB" w14:paraId="44D2EF02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DAC03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10.15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D5D1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A16.01.002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B7F6F8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Вскрытие панариция: сухожильного, костного или суставного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8A5EDD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604CC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6 000</w:t>
            </w:r>
          </w:p>
        </w:tc>
      </w:tr>
      <w:tr w:rsidR="00C03C13" w:rsidRPr="006F51FB" w14:paraId="49337FC8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2804F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10.16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52EDB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A16.01.011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756C19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Вскрытие карбункула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C1025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83251C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4 500</w:t>
            </w:r>
          </w:p>
        </w:tc>
      </w:tr>
      <w:tr w:rsidR="00C03C13" w:rsidRPr="006F51FB" w14:paraId="47FB7354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BA08F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10.17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F7393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A16.01.011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599C2A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Вскрытие фурункула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C8B3CC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A6905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4 000</w:t>
            </w:r>
          </w:p>
        </w:tc>
      </w:tr>
      <w:tr w:rsidR="00C03C13" w:rsidRPr="006F51FB" w14:paraId="73A90238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439A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10.18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A58BB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A16.30.062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EE04EE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Дренирование жидкостного образования мягких тканей (кисты)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01EA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E5318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5 900</w:t>
            </w:r>
          </w:p>
        </w:tc>
      </w:tr>
      <w:tr w:rsidR="00C03C13" w:rsidRPr="006F51FB" w14:paraId="4287E1B8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C70ED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10.19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901928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A16.01.027.001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21D3F9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ногтевой пластинки с клиновидной резекцией матрикса при вросшем ногте,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CDB306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59D68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6 000</w:t>
            </w:r>
          </w:p>
        </w:tc>
      </w:tr>
      <w:tr w:rsidR="00C03C13" w:rsidRPr="006F51FB" w14:paraId="63312F19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EB202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10.20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3DE0AB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A16.01.004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E0F23D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Хирургическая обработка неосложнённой раны до 5 см включительно, без наложения швов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B9DA2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519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3 500</w:t>
            </w:r>
          </w:p>
        </w:tc>
      </w:tr>
      <w:tr w:rsidR="00C03C13" w:rsidRPr="006F51FB" w14:paraId="7F939BE6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E8CE16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37136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A16.01.004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F16351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Хирургическая обработка неосложнённой раны свыше 5 см, без наложения швов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7BD3AB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743EA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4 000</w:t>
            </w:r>
          </w:p>
        </w:tc>
      </w:tr>
      <w:tr w:rsidR="00C03C13" w:rsidRPr="006F51FB" w14:paraId="02F7204C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D0B898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10.22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468A9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A16.01.004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3FA7DD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Хирургическая обработка осложнённой раны до 5 см включительно, с наложением швов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17771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3FA05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5 900</w:t>
            </w:r>
          </w:p>
        </w:tc>
      </w:tr>
      <w:tr w:rsidR="00C03C13" w:rsidRPr="006F51FB" w14:paraId="59B22818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9EAC4B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10.23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44AB4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A16.01.004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6C11E6" w14:textId="48B5B23E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Хирургическая обработка осложнённой раны свыше 5 см, </w:t>
            </w:r>
            <w:r w:rsidR="00555A52" w:rsidRPr="006F51FB">
              <w:rPr>
                <w:rFonts w:cs="Arial"/>
                <w:szCs w:val="18"/>
                <w:lang w:val="ru-RU"/>
              </w:rPr>
              <w:t>с</w:t>
            </w:r>
            <w:r w:rsidRPr="006F51FB">
              <w:rPr>
                <w:rFonts w:cs="Arial"/>
                <w:szCs w:val="18"/>
                <w:lang w:val="ru-RU"/>
              </w:rPr>
              <w:t xml:space="preserve"> наложени</w:t>
            </w:r>
            <w:r w:rsidR="00555A52" w:rsidRPr="006F51FB">
              <w:rPr>
                <w:rFonts w:cs="Arial"/>
                <w:szCs w:val="18"/>
                <w:lang w:val="ru-RU"/>
              </w:rPr>
              <w:t>ем</w:t>
            </w:r>
            <w:r w:rsidRPr="006F51FB">
              <w:rPr>
                <w:rFonts w:cs="Arial"/>
                <w:szCs w:val="18"/>
                <w:lang w:val="ru-RU"/>
              </w:rPr>
              <w:t xml:space="preserve"> швов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5A2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4978F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6 300</w:t>
            </w:r>
          </w:p>
        </w:tc>
      </w:tr>
      <w:tr w:rsidR="00C03C13" w:rsidRPr="006F51FB" w14:paraId="013746B5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B8F98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10.24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48D36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A16.01.016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40FAE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атеромы до 1 см включительно,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3A758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C9F48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4 000</w:t>
            </w:r>
          </w:p>
        </w:tc>
      </w:tr>
      <w:tr w:rsidR="00C03C13" w:rsidRPr="006F51FB" w14:paraId="45159379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A02E0C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lastRenderedPageBreak/>
              <w:t>10.25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136736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A16.01.018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6B7AA6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липомы до 1 см включительно,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4D321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8637B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4 000</w:t>
            </w:r>
          </w:p>
        </w:tc>
      </w:tr>
      <w:tr w:rsidR="00C03C13" w:rsidRPr="006F51FB" w14:paraId="70498251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C750D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10.26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741CD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A16.01.016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827549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атеромы свыше 1 см до 2 см включительно,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DA58ED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9222B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6 000</w:t>
            </w:r>
          </w:p>
        </w:tc>
      </w:tr>
      <w:tr w:rsidR="00C03C13" w:rsidRPr="006F51FB" w14:paraId="46351A0F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19491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10.27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161EAC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A16.01.018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A3771D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липомы свыше 1 см до 2 см включительно,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1D6A1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7B533C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6 000</w:t>
            </w:r>
          </w:p>
        </w:tc>
      </w:tr>
      <w:tr w:rsidR="00C03C13" w:rsidRPr="006F51FB" w14:paraId="04A4519B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3595A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10.28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BA15B5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A16.01.016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DFA0E3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атеромы свыше 2 см,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2C000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9E50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7 000</w:t>
            </w:r>
          </w:p>
        </w:tc>
      </w:tr>
      <w:tr w:rsidR="00C03C13" w:rsidRPr="006F51FB" w14:paraId="42BE3677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DB57C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10.29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C3A7D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A16.01.018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0BAE11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липомы свыше 2 см,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1816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6EA50A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7 000</w:t>
            </w:r>
          </w:p>
        </w:tc>
      </w:tr>
      <w:tr w:rsidR="00C03C13" w:rsidRPr="006F51FB" w14:paraId="0B2334D3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3C582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10.30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0EEA13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A16.01.016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3691D3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нагноившейся атеромы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852AF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CDFB0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7 000</w:t>
            </w:r>
          </w:p>
        </w:tc>
      </w:tr>
      <w:tr w:rsidR="00C03C13" w:rsidRPr="006F51FB" w14:paraId="5DB52FE8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AE45DD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10.31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BB0681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A16.30.066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F546D2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инородного тела с рассечением мягких тканей, с применением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AADCD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E6722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3 500</w:t>
            </w:r>
          </w:p>
        </w:tc>
      </w:tr>
      <w:tr w:rsidR="00C03C13" w:rsidRPr="006F51FB" w14:paraId="6CE08407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FBC1E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10.32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4ABDF7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A16.01.027.002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66A106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ногтевой пластинки с использованием лазера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3C130F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B402E9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5 000</w:t>
            </w:r>
          </w:p>
        </w:tc>
      </w:tr>
      <w:tr w:rsidR="00C03C13" w:rsidRPr="006F51FB" w14:paraId="523BFE10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35E325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10.33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580425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A16.01.028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A3C31A" w14:textId="77777777" w:rsidR="00C03C13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Удаление мозоли до 1 см включительно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80971B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31DEC5" w14:textId="461D459C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 xml:space="preserve">1 </w:t>
            </w:r>
            <w:r w:rsidR="00555A52" w:rsidRPr="006F51FB">
              <w:rPr>
                <w:rFonts w:cs="Arial"/>
                <w:szCs w:val="18"/>
                <w:lang w:val="ru-RU"/>
              </w:rPr>
              <w:t>7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C03C13" w:rsidRPr="006F51FB" w14:paraId="092A8045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8E852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10.34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960A4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A16.01.028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13E2C2" w14:textId="77777777" w:rsidR="00C03C13" w:rsidRPr="006F51FB" w:rsidRDefault="00000000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Удаление мозоли свыше 1 см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EF1E72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FB974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2 300</w:t>
            </w:r>
          </w:p>
        </w:tc>
      </w:tr>
      <w:tr w:rsidR="00C03C13" w:rsidRPr="006F51FB" w14:paraId="0B1886D9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878FF0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10.35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A9BEDB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0BBB24" w14:textId="2AA3CC35" w:rsidR="00C532F1" w:rsidRPr="006F51FB" w:rsidRDefault="00000000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Лазерное удаление папиллом</w:t>
            </w:r>
            <w:r w:rsidR="00D1225A">
              <w:rPr>
                <w:rFonts w:cs="Arial"/>
                <w:szCs w:val="18"/>
                <w:lang w:val="ru-RU"/>
              </w:rPr>
              <w:t xml:space="preserve"> на </w:t>
            </w:r>
            <w:r w:rsidRPr="006F51FB">
              <w:rPr>
                <w:rFonts w:cs="Arial"/>
                <w:szCs w:val="18"/>
                <w:lang w:val="ru-RU"/>
              </w:rPr>
              <w:t>кож</w:t>
            </w:r>
            <w:r w:rsidR="00D1225A">
              <w:rPr>
                <w:rFonts w:cs="Arial"/>
                <w:szCs w:val="18"/>
                <w:lang w:val="ru-RU"/>
              </w:rPr>
              <w:t>е</w:t>
            </w:r>
            <w:r w:rsidRPr="006F51FB">
              <w:rPr>
                <w:rFonts w:cs="Arial"/>
                <w:szCs w:val="18"/>
                <w:lang w:val="ru-RU"/>
              </w:rPr>
              <w:t xml:space="preserve"> туловища или конечности, </w:t>
            </w:r>
            <w:proofErr w:type="gramStart"/>
            <w:r w:rsidRPr="006F51FB">
              <w:rPr>
                <w:rFonts w:cs="Arial"/>
                <w:szCs w:val="18"/>
                <w:lang w:val="ru-RU"/>
              </w:rPr>
              <w:t>1</w:t>
            </w:r>
            <w:r w:rsidR="006F51FB">
              <w:rPr>
                <w:rFonts w:cs="Arial"/>
                <w:szCs w:val="18"/>
                <w:lang w:val="ru-RU"/>
              </w:rPr>
              <w:t>-2</w:t>
            </w:r>
            <w:proofErr w:type="gramEnd"/>
            <w:r w:rsidRPr="006F51FB">
              <w:rPr>
                <w:rFonts w:cs="Arial"/>
                <w:szCs w:val="18"/>
                <w:lang w:val="ru-RU"/>
              </w:rPr>
              <w:t xml:space="preserve">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1716F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D9C99E" w14:textId="77777777" w:rsidR="00C03C13" w:rsidRPr="006F51FB" w:rsidRDefault="00000000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130</w:t>
            </w:r>
          </w:p>
        </w:tc>
      </w:tr>
      <w:tr w:rsidR="00D1225A" w:rsidRPr="00D1225A" w14:paraId="07EAD194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BB6937" w14:textId="7A50BB65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10.37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C037A5" w14:textId="25BE9161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23BEE3" w14:textId="6ECDD168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папиллом на коже лица или века, </w:t>
            </w:r>
            <w:proofErr w:type="gramStart"/>
            <w:r w:rsidRPr="006F51FB">
              <w:rPr>
                <w:rFonts w:cs="Arial"/>
                <w:szCs w:val="18"/>
                <w:lang w:val="ru-RU"/>
              </w:rPr>
              <w:t>1</w:t>
            </w:r>
            <w:r>
              <w:rPr>
                <w:rFonts w:cs="Arial"/>
                <w:szCs w:val="18"/>
                <w:lang w:val="ru-RU"/>
              </w:rPr>
              <w:t>-2</w:t>
            </w:r>
            <w:proofErr w:type="gramEnd"/>
            <w:r>
              <w:rPr>
                <w:rFonts w:cs="Arial"/>
                <w:szCs w:val="18"/>
                <w:lang w:val="ru-RU"/>
              </w:rPr>
              <w:t xml:space="preserve"> </w:t>
            </w:r>
            <w:r w:rsidRPr="006F51FB">
              <w:rPr>
                <w:rFonts w:cs="Arial"/>
                <w:szCs w:val="18"/>
                <w:lang w:val="ru-RU"/>
              </w:rPr>
              <w:t>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5ECD60" w14:textId="058D1605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F9BD96" w14:textId="4C8C59E1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220</w:t>
            </w:r>
          </w:p>
        </w:tc>
      </w:tr>
      <w:tr w:rsidR="00D1225A" w:rsidRPr="006F51FB" w14:paraId="0D053F16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9DB25" w14:textId="740E66EC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10.3</w:t>
            </w:r>
            <w:r>
              <w:rPr>
                <w:rFonts w:cs="Arial"/>
                <w:szCs w:val="18"/>
                <w:lang w:val="ru-RU"/>
              </w:rPr>
              <w:t>8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58E9A3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081231" w14:textId="390B7BFB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папиллом на коже туловища или конечности, свыше </w:t>
            </w:r>
            <w:r>
              <w:rPr>
                <w:rFonts w:cs="Arial"/>
                <w:szCs w:val="18"/>
                <w:lang w:val="ru-RU"/>
              </w:rPr>
              <w:t>2</w:t>
            </w:r>
            <w:r w:rsidRPr="006F51FB">
              <w:rPr>
                <w:rFonts w:cs="Arial"/>
                <w:szCs w:val="18"/>
                <w:lang w:val="ru-RU"/>
              </w:rPr>
              <w:t xml:space="preserve"> мм до 5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EC4EF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C5C437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700</w:t>
            </w:r>
          </w:p>
        </w:tc>
      </w:tr>
      <w:tr w:rsidR="00D1225A" w:rsidRPr="006F51FB" w14:paraId="3F44757F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51DEF3" w14:textId="05071E1C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10.3</w:t>
            </w:r>
            <w:r>
              <w:rPr>
                <w:rFonts w:cs="Arial"/>
                <w:szCs w:val="18"/>
                <w:lang w:val="ru-RU"/>
              </w:rPr>
              <w:t>9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E2CD57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EC843B" w14:textId="2B0BA213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Лазерное удаление папиллом на коже туловища или конечности, свыше 5 мм до 10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99AE6B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C4F054" w14:textId="2EE0CE88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 xml:space="preserve">1 </w:t>
            </w:r>
            <w:r w:rsidRPr="006F51FB">
              <w:rPr>
                <w:rFonts w:cs="Arial"/>
                <w:szCs w:val="18"/>
                <w:lang w:val="ru-RU"/>
              </w:rPr>
              <w:t>7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D1225A" w:rsidRPr="006F51FB" w14:paraId="6CBA48C8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5C5EB5" w14:textId="6286B652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</w:t>
            </w:r>
            <w:r>
              <w:rPr>
                <w:rFonts w:cs="Arial"/>
                <w:szCs w:val="18"/>
                <w:lang w:val="ru-RU"/>
              </w:rPr>
              <w:t>40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A09DD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494165" w14:textId="4EA3B11F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Лазерное удаление папиллом на коже туловища или конечности, свыше 10 мм до 20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5E9EED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03BEC5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3 200</w:t>
            </w:r>
          </w:p>
        </w:tc>
      </w:tr>
      <w:tr w:rsidR="00D1225A" w:rsidRPr="006F51FB" w14:paraId="227CB467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8709DB" w14:textId="749065B2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</w:t>
            </w:r>
            <w:r>
              <w:rPr>
                <w:rFonts w:cs="Arial"/>
                <w:szCs w:val="18"/>
                <w:lang w:val="ru-RU"/>
              </w:rPr>
              <w:t>41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91F14B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E2C92D" w14:textId="367D6D69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папиллом </w:t>
            </w:r>
            <w:r w:rsidRPr="006F51FB">
              <w:rPr>
                <w:rFonts w:cs="Arial"/>
                <w:szCs w:val="18"/>
                <w:lang w:val="ru-RU"/>
              </w:rPr>
              <w:t xml:space="preserve">на коже </w:t>
            </w:r>
            <w:r w:rsidRPr="006F51FB">
              <w:rPr>
                <w:rFonts w:cs="Arial"/>
                <w:szCs w:val="18"/>
                <w:lang w:val="ru-RU"/>
              </w:rPr>
              <w:t>туловища или конечности, свыше 20 мм до 30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C91A6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7C6007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4 800</w:t>
            </w:r>
          </w:p>
        </w:tc>
      </w:tr>
      <w:tr w:rsidR="00D1225A" w:rsidRPr="006F51FB" w14:paraId="30A7EE49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218E50" w14:textId="56636727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10.4</w:t>
            </w:r>
            <w:r>
              <w:rPr>
                <w:rFonts w:cs="Arial"/>
                <w:szCs w:val="18"/>
                <w:lang w:val="ru-RU"/>
              </w:rPr>
              <w:t>2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5D6410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D47ADB" w14:textId="5412184D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папиллом </w:t>
            </w:r>
            <w:r w:rsidRPr="006F51FB">
              <w:rPr>
                <w:rFonts w:cs="Arial"/>
                <w:szCs w:val="18"/>
                <w:lang w:val="ru-RU"/>
              </w:rPr>
              <w:t>на коже</w:t>
            </w:r>
            <w:r w:rsidRPr="006F51FB">
              <w:rPr>
                <w:rFonts w:cs="Arial"/>
                <w:szCs w:val="18"/>
                <w:lang w:val="ru-RU"/>
              </w:rPr>
              <w:t xml:space="preserve"> туловища или конечности, свыше 30 мм до 50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79CA25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4CDC30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8 000</w:t>
            </w:r>
          </w:p>
        </w:tc>
      </w:tr>
      <w:tr w:rsidR="00D1225A" w:rsidRPr="006F51FB" w14:paraId="3F4CCBA5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6D3FFC" w14:textId="4AE41EA9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10.4</w:t>
            </w:r>
            <w:r>
              <w:rPr>
                <w:rFonts w:cs="Arial"/>
                <w:szCs w:val="18"/>
                <w:lang w:val="ru-RU"/>
              </w:rPr>
              <w:t>3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3C7BBE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63EFA8" w14:textId="65391DB1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родинки (невуса), </w:t>
            </w:r>
            <w:r w:rsidRPr="006F51FB">
              <w:rPr>
                <w:rFonts w:cs="Arial"/>
                <w:szCs w:val="18"/>
                <w:lang w:val="ru-RU"/>
              </w:rPr>
              <w:t>кератом и других доброкачественных образований</w:t>
            </w:r>
            <w:r w:rsidRPr="006F51FB">
              <w:rPr>
                <w:rFonts w:cs="Arial"/>
                <w:szCs w:val="18"/>
                <w:lang w:val="ru-RU"/>
              </w:rPr>
              <w:t xml:space="preserve"> кожи туловища или конечности, до 5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EDCC63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C6A8F6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1 700</w:t>
            </w:r>
          </w:p>
        </w:tc>
      </w:tr>
      <w:tr w:rsidR="00D1225A" w:rsidRPr="006F51FB" w14:paraId="14E00C0E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D5089" w14:textId="3CC10C83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10.4</w:t>
            </w:r>
            <w:r>
              <w:rPr>
                <w:rFonts w:cs="Arial"/>
                <w:szCs w:val="18"/>
                <w:lang w:val="ru-RU"/>
              </w:rPr>
              <w:t>4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75835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7FCB30" w14:textId="299B4912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родинки (невуса), </w:t>
            </w:r>
            <w:r w:rsidRPr="006F51FB">
              <w:rPr>
                <w:rFonts w:cs="Arial"/>
                <w:szCs w:val="18"/>
                <w:lang w:val="ru-RU"/>
              </w:rPr>
              <w:t>кератом и других доброкачественных образований</w:t>
            </w:r>
            <w:r w:rsidRPr="006F51FB">
              <w:rPr>
                <w:rFonts w:cs="Arial"/>
                <w:szCs w:val="18"/>
                <w:lang w:val="ru-RU"/>
              </w:rPr>
              <w:t xml:space="preserve"> кожи туловища или конечности, свыше 5 мм до 10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A2C1CE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F20614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2 300</w:t>
            </w:r>
          </w:p>
        </w:tc>
      </w:tr>
      <w:tr w:rsidR="00D1225A" w:rsidRPr="006F51FB" w14:paraId="776FE836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B063DB" w14:textId="73F99B62" w:rsidR="00D1225A" w:rsidRPr="00D1225A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10.4</w:t>
            </w:r>
            <w:r>
              <w:rPr>
                <w:rFonts w:cs="Arial"/>
                <w:szCs w:val="18"/>
                <w:lang w:val="ru-RU"/>
              </w:rPr>
              <w:t>5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F3CFBB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75067C" w14:textId="432C407D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родинки (невуса), кератом и других доброкачественных образований кожи </w:t>
            </w:r>
            <w:r w:rsidR="00197B69">
              <w:rPr>
                <w:rFonts w:cs="Arial"/>
                <w:szCs w:val="18"/>
                <w:lang w:val="ru-RU"/>
              </w:rPr>
              <w:t>головы</w:t>
            </w:r>
            <w:r w:rsidRPr="006F51FB">
              <w:rPr>
                <w:rFonts w:cs="Arial"/>
                <w:szCs w:val="18"/>
                <w:lang w:val="ru-RU"/>
              </w:rPr>
              <w:t>, до 5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869CD1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3AA244" w14:textId="1C707FB3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 xml:space="preserve">2 </w:t>
            </w:r>
            <w:r>
              <w:rPr>
                <w:rFonts w:cs="Arial"/>
                <w:szCs w:val="18"/>
                <w:lang w:val="ru-RU"/>
              </w:rPr>
              <w:t>2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D1225A" w:rsidRPr="006F51FB" w14:paraId="5541E8C2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C53D5" w14:textId="091CF35A" w:rsidR="00D1225A" w:rsidRPr="00D1225A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10.4</w:t>
            </w:r>
            <w:r>
              <w:rPr>
                <w:rFonts w:cs="Arial"/>
                <w:szCs w:val="18"/>
                <w:lang w:val="ru-RU"/>
              </w:rPr>
              <w:t>6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98E1BB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188420" w14:textId="5C5A738D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родинки (невуса), кератом и других доброкачественных образований кожи </w:t>
            </w:r>
            <w:r w:rsidR="00197B69">
              <w:rPr>
                <w:rFonts w:cs="Arial"/>
                <w:szCs w:val="18"/>
                <w:lang w:val="ru-RU"/>
              </w:rPr>
              <w:t>головы</w:t>
            </w:r>
            <w:r w:rsidRPr="006F51FB">
              <w:rPr>
                <w:rFonts w:cs="Arial"/>
                <w:szCs w:val="18"/>
                <w:lang w:val="ru-RU"/>
              </w:rPr>
              <w:t>, свыше 5 мм до 10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917427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21BC4F" w14:textId="413B06C3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 xml:space="preserve">2 </w:t>
            </w:r>
            <w:r>
              <w:rPr>
                <w:rFonts w:cs="Arial"/>
                <w:szCs w:val="18"/>
                <w:lang w:val="ru-RU"/>
              </w:rPr>
              <w:t>7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D1225A" w:rsidRPr="006F51FB" w14:paraId="5AC0A8F2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8B2DF2" w14:textId="2A854869" w:rsidR="00D1225A" w:rsidRPr="00D1225A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10.4</w:t>
            </w:r>
            <w:r>
              <w:rPr>
                <w:rFonts w:cs="Arial"/>
                <w:szCs w:val="18"/>
                <w:lang w:val="ru-RU"/>
              </w:rPr>
              <w:t>7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6E8417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CE44C4" w14:textId="566A4710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</w:t>
            </w:r>
            <w:r w:rsidR="00197B69" w:rsidRPr="006F51FB">
              <w:rPr>
                <w:rFonts w:cs="Arial"/>
                <w:szCs w:val="18"/>
                <w:lang w:val="ru-RU"/>
              </w:rPr>
              <w:t xml:space="preserve">родинки (невуса), кератом и других доброкачественных образований кожи </w:t>
            </w:r>
            <w:r w:rsidR="00197B69">
              <w:rPr>
                <w:rFonts w:cs="Arial"/>
                <w:szCs w:val="18"/>
                <w:lang w:val="ru-RU"/>
              </w:rPr>
              <w:t>головы</w:t>
            </w:r>
            <w:r w:rsidR="00197B69">
              <w:rPr>
                <w:rFonts w:cs="Arial"/>
                <w:szCs w:val="18"/>
                <w:lang w:val="ru-RU"/>
              </w:rPr>
              <w:t>,</w:t>
            </w:r>
            <w:r w:rsidRPr="006F51FB">
              <w:rPr>
                <w:rFonts w:cs="Arial"/>
                <w:szCs w:val="18"/>
                <w:lang w:val="ru-RU"/>
              </w:rPr>
              <w:t xml:space="preserve"> свыше 10 мм до 20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30E7F3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3F1976" w14:textId="7AE0BB3D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 xml:space="preserve">5 </w:t>
            </w:r>
            <w:r>
              <w:rPr>
                <w:rFonts w:cs="Arial"/>
                <w:szCs w:val="18"/>
                <w:lang w:val="ru-RU"/>
              </w:rPr>
              <w:t>4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D1225A" w:rsidRPr="006F51FB" w14:paraId="51F9F5F6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E2707" w14:textId="0E910475" w:rsidR="00D1225A" w:rsidRPr="00D1225A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10.4</w:t>
            </w:r>
            <w:r>
              <w:rPr>
                <w:rFonts w:cs="Arial"/>
                <w:szCs w:val="18"/>
                <w:lang w:val="ru-RU"/>
              </w:rPr>
              <w:t>8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CC0C97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BB68C" w14:textId="3650D213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Лазерное удаление</w:t>
            </w:r>
            <w:r w:rsidR="00197B69" w:rsidRPr="006F51FB">
              <w:rPr>
                <w:rFonts w:cs="Arial"/>
                <w:szCs w:val="18"/>
                <w:lang w:val="ru-RU"/>
              </w:rPr>
              <w:t xml:space="preserve"> </w:t>
            </w:r>
            <w:r w:rsidR="00197B69" w:rsidRPr="006F51FB">
              <w:rPr>
                <w:rFonts w:cs="Arial"/>
                <w:szCs w:val="18"/>
                <w:lang w:val="ru-RU"/>
              </w:rPr>
              <w:t xml:space="preserve">родинки (невуса), кератом и других доброкачественных образований кожи </w:t>
            </w:r>
            <w:r w:rsidR="00197B69">
              <w:rPr>
                <w:rFonts w:cs="Arial"/>
                <w:szCs w:val="18"/>
                <w:lang w:val="ru-RU"/>
              </w:rPr>
              <w:t>головы</w:t>
            </w:r>
            <w:r w:rsidRPr="006F51FB">
              <w:rPr>
                <w:rFonts w:cs="Arial"/>
                <w:szCs w:val="18"/>
                <w:lang w:val="ru-RU"/>
              </w:rPr>
              <w:t>, свыше 20 мм до 30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6713D2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70159C" w14:textId="1D6FD7AC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  <w:lang w:val="ru-RU"/>
              </w:rPr>
              <w:t>8 1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D1225A" w:rsidRPr="006F51FB" w14:paraId="563FDE90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5DB49B" w14:textId="6C69F13E" w:rsidR="00D1225A" w:rsidRPr="00D1225A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10.4</w:t>
            </w:r>
            <w:r>
              <w:rPr>
                <w:rFonts w:cs="Arial"/>
                <w:szCs w:val="18"/>
                <w:lang w:val="ru-RU"/>
              </w:rPr>
              <w:t>9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E6A123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074BC" w14:textId="43910DA4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</w:t>
            </w:r>
            <w:r w:rsidR="00197B69" w:rsidRPr="006F51FB">
              <w:rPr>
                <w:rFonts w:cs="Arial"/>
                <w:szCs w:val="18"/>
                <w:lang w:val="ru-RU"/>
              </w:rPr>
              <w:t xml:space="preserve">родинки (невуса), кератом и других доброкачественных образований кожи </w:t>
            </w:r>
            <w:r w:rsidR="00197B69">
              <w:rPr>
                <w:rFonts w:cs="Arial"/>
                <w:szCs w:val="18"/>
                <w:lang w:val="ru-RU"/>
              </w:rPr>
              <w:t>головы</w:t>
            </w:r>
            <w:r w:rsidRPr="006F51FB">
              <w:rPr>
                <w:rFonts w:cs="Arial"/>
                <w:szCs w:val="18"/>
                <w:lang w:val="ru-RU"/>
              </w:rPr>
              <w:t xml:space="preserve">, свыше 30 мм до </w:t>
            </w:r>
            <w:r>
              <w:rPr>
                <w:rFonts w:cs="Arial"/>
                <w:szCs w:val="18"/>
                <w:lang w:val="ru-RU"/>
              </w:rPr>
              <w:t>4</w:t>
            </w:r>
            <w:r w:rsidRPr="006F51FB">
              <w:rPr>
                <w:rFonts w:cs="Arial"/>
                <w:szCs w:val="18"/>
                <w:lang w:val="ru-RU"/>
              </w:rPr>
              <w:t>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4B32E7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ECA342" w14:textId="37E741C5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</w:t>
            </w:r>
            <w:r>
              <w:rPr>
                <w:rFonts w:cs="Arial"/>
                <w:szCs w:val="18"/>
                <w:lang w:val="ru-RU"/>
              </w:rPr>
              <w:t xml:space="preserve"> 8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D1225A" w:rsidRPr="006F51FB" w14:paraId="2979E533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0C2363" w14:textId="4972D49A" w:rsidR="00D1225A" w:rsidRPr="00D1225A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</w:rPr>
              <w:t>10.</w:t>
            </w:r>
            <w:r>
              <w:rPr>
                <w:rFonts w:cs="Arial"/>
                <w:szCs w:val="18"/>
                <w:lang w:val="ru-RU"/>
              </w:rPr>
              <w:t>50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B679E9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6FC911" w14:textId="5F118981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</w:t>
            </w:r>
            <w:r w:rsidR="00197B69" w:rsidRPr="006F51FB">
              <w:rPr>
                <w:rFonts w:cs="Arial"/>
                <w:szCs w:val="18"/>
                <w:lang w:val="ru-RU"/>
              </w:rPr>
              <w:t xml:space="preserve">родинки (невуса), кератом и других доброкачественных образований кожи </w:t>
            </w:r>
            <w:r w:rsidR="00197B69">
              <w:rPr>
                <w:rFonts w:cs="Arial"/>
                <w:szCs w:val="18"/>
                <w:lang w:val="ru-RU"/>
              </w:rPr>
              <w:t>головы</w:t>
            </w:r>
            <w:r w:rsidRPr="006F51FB">
              <w:rPr>
                <w:rFonts w:cs="Arial"/>
                <w:szCs w:val="18"/>
                <w:lang w:val="ru-RU"/>
              </w:rPr>
              <w:t xml:space="preserve">, свыше </w:t>
            </w:r>
            <w:r>
              <w:rPr>
                <w:rFonts w:cs="Arial"/>
                <w:szCs w:val="18"/>
                <w:lang w:val="ru-RU"/>
              </w:rPr>
              <w:t>4</w:t>
            </w:r>
            <w:r w:rsidRPr="006F51FB">
              <w:rPr>
                <w:rFonts w:cs="Arial"/>
                <w:szCs w:val="18"/>
                <w:lang w:val="ru-RU"/>
              </w:rPr>
              <w:t xml:space="preserve">0 мм до </w:t>
            </w:r>
            <w:r>
              <w:rPr>
                <w:rFonts w:cs="Arial"/>
                <w:szCs w:val="18"/>
                <w:lang w:val="ru-RU"/>
              </w:rPr>
              <w:t>5</w:t>
            </w:r>
            <w:r w:rsidRPr="006F51FB">
              <w:rPr>
                <w:rFonts w:cs="Arial"/>
                <w:szCs w:val="18"/>
                <w:lang w:val="ru-RU"/>
              </w:rPr>
              <w:t>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8180D2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37C47E" w14:textId="5A5360A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  <w:lang w:val="ru-RU"/>
              </w:rPr>
              <w:t>13 5</w:t>
            </w:r>
            <w:r w:rsidRPr="006F51FB">
              <w:rPr>
                <w:rFonts w:cs="Arial"/>
                <w:szCs w:val="18"/>
              </w:rPr>
              <w:t>00</w:t>
            </w:r>
          </w:p>
        </w:tc>
      </w:tr>
      <w:tr w:rsidR="00D1225A" w:rsidRPr="006F51FB" w14:paraId="78B9057B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5A9DAF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0035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601957" w14:textId="77777777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b/>
                <w:szCs w:val="18"/>
                <w:lang w:val="ru-RU"/>
              </w:rPr>
              <w:t>Лазерное удаление бородавок на кистях и стопах</w:t>
            </w:r>
          </w:p>
        </w:tc>
      </w:tr>
      <w:tr w:rsidR="00D1225A" w:rsidRPr="006F51FB" w14:paraId="5660D675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142895" w14:textId="77777777" w:rsidR="00D1225A" w:rsidRPr="006F51FB" w:rsidRDefault="00D1225A" w:rsidP="00D1225A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10.51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65C15C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B7A930" w14:textId="77777777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Лазерное удаление бородавки на кисти или стопе (включая ладонную и подошвенную поверхности, пальцы кистей и стоп) до 5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E243D9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519227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3 400</w:t>
            </w:r>
          </w:p>
        </w:tc>
      </w:tr>
      <w:tr w:rsidR="00D1225A" w:rsidRPr="006F51FB" w14:paraId="1EF464DB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101CBF" w14:textId="77777777" w:rsidR="00D1225A" w:rsidRPr="006F51FB" w:rsidRDefault="00D1225A" w:rsidP="00D1225A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lastRenderedPageBreak/>
              <w:t>10.52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2BA7D8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D30F38" w14:textId="77777777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Лазерное удаление бородавки на кисти или стопе (включая ладонную и подошвенную поверхности, пальцы кистей и стоп) свыше 5 мм до 10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FB93A9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5C9CB2" w14:textId="77777777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4 600</w:t>
            </w:r>
          </w:p>
        </w:tc>
      </w:tr>
      <w:tr w:rsidR="00D1225A" w:rsidRPr="00D1225A" w14:paraId="2B70B7F5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14CD61" w14:textId="10D38F77" w:rsidR="00D1225A" w:rsidRPr="00D1225A" w:rsidRDefault="00D1225A" w:rsidP="00D1225A">
            <w:pPr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10.53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7AEE5" w14:textId="2189B269" w:rsidR="00D1225A" w:rsidRPr="006F51FB" w:rsidRDefault="00D1225A" w:rsidP="00D1225A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9D6AED" w14:textId="1F962175" w:rsidR="00D1225A" w:rsidRPr="006F51FB" w:rsidRDefault="00D1225A" w:rsidP="00D1225A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бородавки на кисти или стопе (включая ладонную и подошвенную поверхности, пальцы кистей и стоп) свыше </w:t>
            </w:r>
            <w:r>
              <w:rPr>
                <w:rFonts w:cs="Arial"/>
                <w:szCs w:val="18"/>
                <w:lang w:val="ru-RU"/>
              </w:rPr>
              <w:t>10</w:t>
            </w:r>
            <w:r w:rsidRPr="006F51FB">
              <w:rPr>
                <w:rFonts w:cs="Arial"/>
                <w:szCs w:val="18"/>
                <w:lang w:val="ru-RU"/>
              </w:rPr>
              <w:t xml:space="preserve"> мм до </w:t>
            </w:r>
            <w:r>
              <w:rPr>
                <w:rFonts w:cs="Arial"/>
                <w:szCs w:val="18"/>
                <w:lang w:val="ru-RU"/>
              </w:rPr>
              <w:t>2</w:t>
            </w:r>
            <w:r w:rsidRPr="006F51FB">
              <w:rPr>
                <w:rFonts w:cs="Arial"/>
                <w:szCs w:val="18"/>
                <w:lang w:val="ru-RU"/>
              </w:rPr>
              <w:t>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1BC783" w14:textId="35D353D8" w:rsidR="00D1225A" w:rsidRPr="00D1225A" w:rsidRDefault="00D1225A" w:rsidP="00D1225A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C1B606" w14:textId="763A6C03" w:rsidR="00D1225A" w:rsidRPr="00D1225A" w:rsidRDefault="0071287D" w:rsidP="00D1225A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5 800</w:t>
            </w:r>
          </w:p>
        </w:tc>
      </w:tr>
      <w:tr w:rsidR="0071287D" w:rsidRPr="00D1225A" w14:paraId="76ABA537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FECEF0" w14:textId="28260849" w:rsidR="0071287D" w:rsidRDefault="0071287D" w:rsidP="0071287D">
            <w:pPr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10.54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55BEB5" w14:textId="01ADAA38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81E06D" w14:textId="4D4D0413" w:rsidR="0071287D" w:rsidRPr="006F51FB" w:rsidRDefault="0071287D" w:rsidP="0071287D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бородавки на кисти или стопе (включая ладонную и подошвенную поверхности, пальцы кистей и стоп) свыше </w:t>
            </w:r>
            <w:r>
              <w:rPr>
                <w:rFonts w:cs="Arial"/>
                <w:szCs w:val="18"/>
                <w:lang w:val="ru-RU"/>
              </w:rPr>
              <w:t>2</w:t>
            </w:r>
            <w:r>
              <w:rPr>
                <w:rFonts w:cs="Arial"/>
                <w:szCs w:val="18"/>
                <w:lang w:val="ru-RU"/>
              </w:rPr>
              <w:t>0</w:t>
            </w:r>
            <w:r w:rsidRPr="006F51FB">
              <w:rPr>
                <w:rFonts w:cs="Arial"/>
                <w:szCs w:val="18"/>
                <w:lang w:val="ru-RU"/>
              </w:rPr>
              <w:t xml:space="preserve"> мм до </w:t>
            </w:r>
            <w:r>
              <w:rPr>
                <w:rFonts w:cs="Arial"/>
                <w:szCs w:val="18"/>
                <w:lang w:val="ru-RU"/>
              </w:rPr>
              <w:t>3</w:t>
            </w:r>
            <w:r w:rsidRPr="006F51FB">
              <w:rPr>
                <w:rFonts w:cs="Arial"/>
                <w:szCs w:val="18"/>
                <w:lang w:val="ru-RU"/>
              </w:rPr>
              <w:t>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8B71B1" w14:textId="16C80889" w:rsidR="0071287D" w:rsidRDefault="0071287D" w:rsidP="0071287D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9560B4" w14:textId="3FA3A753" w:rsidR="0071287D" w:rsidRDefault="0071287D" w:rsidP="0071287D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7 000</w:t>
            </w:r>
          </w:p>
        </w:tc>
      </w:tr>
      <w:tr w:rsidR="0071287D" w:rsidRPr="00D1225A" w14:paraId="28943D58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D85EE4" w14:textId="77777777" w:rsidR="0071287D" w:rsidRDefault="0071287D" w:rsidP="0071287D">
            <w:pPr>
              <w:rPr>
                <w:rFonts w:cs="Arial"/>
                <w:szCs w:val="18"/>
                <w:lang w:val="ru-RU"/>
              </w:rPr>
            </w:pP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BD1456" w14:textId="5F033DF1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A16.01.017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C21A55" w14:textId="60917050" w:rsidR="0071287D" w:rsidRPr="006F51FB" w:rsidRDefault="0071287D" w:rsidP="0071287D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 xml:space="preserve">Лазерное удаление бородавки на кисти или стопе (включая ладонную и подошвенную поверхности, пальцы кистей и стоп) свыше </w:t>
            </w:r>
            <w:r>
              <w:rPr>
                <w:rFonts w:cs="Arial"/>
                <w:szCs w:val="18"/>
                <w:lang w:val="ru-RU"/>
              </w:rPr>
              <w:t>3</w:t>
            </w:r>
            <w:r>
              <w:rPr>
                <w:rFonts w:cs="Arial"/>
                <w:szCs w:val="18"/>
                <w:lang w:val="ru-RU"/>
              </w:rPr>
              <w:t>0</w:t>
            </w:r>
            <w:r w:rsidRPr="006F51FB">
              <w:rPr>
                <w:rFonts w:cs="Arial"/>
                <w:szCs w:val="18"/>
                <w:lang w:val="ru-RU"/>
              </w:rPr>
              <w:t xml:space="preserve"> мм до </w:t>
            </w:r>
            <w:r>
              <w:rPr>
                <w:rFonts w:cs="Arial"/>
                <w:szCs w:val="18"/>
                <w:lang w:val="ru-RU"/>
              </w:rPr>
              <w:t>4</w:t>
            </w:r>
            <w:r w:rsidRPr="006F51FB">
              <w:rPr>
                <w:rFonts w:cs="Arial"/>
                <w:szCs w:val="18"/>
                <w:lang w:val="ru-RU"/>
              </w:rPr>
              <w:t>0 мм включительно, за 1 элемент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7908B9" w14:textId="689192C8" w:rsidR="0071287D" w:rsidRDefault="0071287D" w:rsidP="0071287D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30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504C84" w14:textId="2B3157EE" w:rsidR="0071287D" w:rsidRDefault="0071287D" w:rsidP="0071287D">
            <w:pPr>
              <w:jc w:val="center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8 200</w:t>
            </w:r>
          </w:p>
        </w:tc>
      </w:tr>
      <w:tr w:rsidR="0071287D" w:rsidRPr="006F51FB" w14:paraId="7B52F244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CDF9B5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11</w:t>
            </w:r>
          </w:p>
        </w:tc>
        <w:tc>
          <w:tcPr>
            <w:tcW w:w="10035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F1478F" w14:textId="77777777" w:rsidR="0071287D" w:rsidRPr="006F51FB" w:rsidRDefault="0071287D" w:rsidP="0071287D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Гистологические исследования</w:t>
            </w:r>
          </w:p>
        </w:tc>
      </w:tr>
      <w:tr w:rsidR="0071287D" w:rsidRPr="006F51FB" w14:paraId="4B6A853A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25192F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11.1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43EAEF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A08.30.046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98718D" w14:textId="77777777" w:rsidR="0071287D" w:rsidRPr="006F51FB" w:rsidRDefault="0071287D" w:rsidP="0071287D">
            <w:pPr>
              <w:rPr>
                <w:rFonts w:cs="Arial"/>
                <w:szCs w:val="18"/>
                <w:lang w:val="ru-RU"/>
              </w:rPr>
            </w:pPr>
            <w:proofErr w:type="gramStart"/>
            <w:r w:rsidRPr="006F51FB">
              <w:rPr>
                <w:rFonts w:cs="Arial"/>
                <w:szCs w:val="18"/>
                <w:lang w:val="ru-RU"/>
              </w:rPr>
              <w:t>Патолого-анатомическое</w:t>
            </w:r>
            <w:proofErr w:type="gramEnd"/>
            <w:r w:rsidRPr="006F51FB">
              <w:rPr>
                <w:rFonts w:cs="Arial"/>
                <w:szCs w:val="18"/>
                <w:lang w:val="ru-RU"/>
              </w:rPr>
              <w:t xml:space="preserve"> исследование биопсийного (операционного) материала — 1 образец (одно образование)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48CD79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—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FF5B9D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2 300</w:t>
            </w:r>
          </w:p>
        </w:tc>
      </w:tr>
      <w:tr w:rsidR="0071287D" w:rsidRPr="006F51FB" w14:paraId="583DB4C3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85F130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12</w:t>
            </w:r>
          </w:p>
        </w:tc>
        <w:tc>
          <w:tcPr>
            <w:tcW w:w="10035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2A697" w14:textId="77777777" w:rsidR="0071287D" w:rsidRPr="006F51FB" w:rsidRDefault="0071287D" w:rsidP="0071287D">
            <w:pPr>
              <w:rPr>
                <w:rFonts w:cs="Arial"/>
                <w:szCs w:val="18"/>
              </w:rPr>
            </w:pPr>
            <w:r w:rsidRPr="006F51FB">
              <w:rPr>
                <w:rFonts w:cs="Arial"/>
                <w:b/>
                <w:szCs w:val="18"/>
              </w:rPr>
              <w:t>Расходные материалы</w:t>
            </w:r>
          </w:p>
        </w:tc>
      </w:tr>
      <w:tr w:rsidR="0071287D" w:rsidRPr="006F51FB" w14:paraId="35D6988B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C88BC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12.1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2683B7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—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97E124" w14:textId="77777777" w:rsidR="0071287D" w:rsidRPr="006F51FB" w:rsidRDefault="0071287D" w:rsidP="0071287D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Перевязочный (расходный) материал: малый комплект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A4FDDE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—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ABF4AE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600</w:t>
            </w:r>
          </w:p>
        </w:tc>
      </w:tr>
      <w:tr w:rsidR="0071287D" w:rsidRPr="006F51FB" w14:paraId="0F80B1D6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A6E477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12.2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976626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—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368D21" w14:textId="77777777" w:rsidR="0071287D" w:rsidRPr="006F51FB" w:rsidRDefault="0071287D" w:rsidP="0071287D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Перевязочный (расходный) материал: средний комплект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D11636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—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4DECC2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700</w:t>
            </w:r>
          </w:p>
        </w:tc>
      </w:tr>
      <w:tr w:rsidR="0071287D" w:rsidRPr="006F51FB" w14:paraId="45859BC6" w14:textId="77777777" w:rsidTr="006F51FB">
        <w:trPr>
          <w:cantSplit/>
          <w:jc w:val="center"/>
        </w:trPr>
        <w:tc>
          <w:tcPr>
            <w:tcW w:w="6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330CAC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12.3</w:t>
            </w:r>
          </w:p>
        </w:tc>
        <w:tc>
          <w:tcPr>
            <w:tcW w:w="150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A0996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—</w:t>
            </w:r>
          </w:p>
        </w:tc>
        <w:tc>
          <w:tcPr>
            <w:tcW w:w="632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CE96EF" w14:textId="77777777" w:rsidR="0071287D" w:rsidRPr="006F51FB" w:rsidRDefault="0071287D" w:rsidP="0071287D">
            <w:pPr>
              <w:rPr>
                <w:rFonts w:cs="Arial"/>
                <w:szCs w:val="18"/>
                <w:lang w:val="ru-RU"/>
              </w:rPr>
            </w:pPr>
            <w:r w:rsidRPr="006F51FB">
              <w:rPr>
                <w:rFonts w:cs="Arial"/>
                <w:szCs w:val="18"/>
                <w:lang w:val="ru-RU"/>
              </w:rPr>
              <w:t>Перевязочный (расходный) материал: большой комплект</w:t>
            </w:r>
          </w:p>
        </w:tc>
        <w:tc>
          <w:tcPr>
            <w:tcW w:w="11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8127B1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—</w:t>
            </w:r>
          </w:p>
        </w:tc>
        <w:tc>
          <w:tcPr>
            <w:tcW w:w="102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DC751D" w14:textId="77777777" w:rsidR="0071287D" w:rsidRPr="006F51FB" w:rsidRDefault="0071287D" w:rsidP="0071287D">
            <w:pPr>
              <w:jc w:val="center"/>
              <w:rPr>
                <w:rFonts w:cs="Arial"/>
                <w:szCs w:val="18"/>
              </w:rPr>
            </w:pPr>
            <w:r w:rsidRPr="006F51FB">
              <w:rPr>
                <w:rFonts w:cs="Arial"/>
                <w:szCs w:val="18"/>
              </w:rPr>
              <w:t>900</w:t>
            </w:r>
          </w:p>
        </w:tc>
      </w:tr>
    </w:tbl>
    <w:p w14:paraId="31B5C449" w14:textId="77777777" w:rsidR="008B065E" w:rsidRPr="006F51FB" w:rsidRDefault="008B065E">
      <w:pPr>
        <w:rPr>
          <w:rFonts w:cs="Arial"/>
          <w:szCs w:val="18"/>
        </w:rPr>
      </w:pPr>
    </w:p>
    <w:sectPr w:rsidR="008B065E" w:rsidRPr="006F51FB" w:rsidSect="00034616">
      <w:pgSz w:w="11906" w:h="16838"/>
      <w:pgMar w:top="567" w:right="510" w:bottom="567" w:left="510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4111299">
    <w:abstractNumId w:val="8"/>
  </w:num>
  <w:num w:numId="2" w16cid:durableId="245844605">
    <w:abstractNumId w:val="6"/>
  </w:num>
  <w:num w:numId="3" w16cid:durableId="790518557">
    <w:abstractNumId w:val="5"/>
  </w:num>
  <w:num w:numId="4" w16cid:durableId="1304851924">
    <w:abstractNumId w:val="4"/>
  </w:num>
  <w:num w:numId="5" w16cid:durableId="470903791">
    <w:abstractNumId w:val="7"/>
  </w:num>
  <w:num w:numId="6" w16cid:durableId="1743722477">
    <w:abstractNumId w:val="3"/>
  </w:num>
  <w:num w:numId="7" w16cid:durableId="1214848976">
    <w:abstractNumId w:val="2"/>
  </w:num>
  <w:num w:numId="8" w16cid:durableId="365955313">
    <w:abstractNumId w:val="1"/>
  </w:num>
  <w:num w:numId="9" w16cid:durableId="1629313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B69"/>
    <w:rsid w:val="0029639D"/>
    <w:rsid w:val="00326F90"/>
    <w:rsid w:val="004B0368"/>
    <w:rsid w:val="00555A52"/>
    <w:rsid w:val="00642745"/>
    <w:rsid w:val="006F51FB"/>
    <w:rsid w:val="0071287D"/>
    <w:rsid w:val="008B065E"/>
    <w:rsid w:val="00A05968"/>
    <w:rsid w:val="00AA1D8D"/>
    <w:rsid w:val="00AD2210"/>
    <w:rsid w:val="00B47730"/>
    <w:rsid w:val="00C03C13"/>
    <w:rsid w:val="00C532F1"/>
    <w:rsid w:val="00C62D44"/>
    <w:rsid w:val="00CB0664"/>
    <w:rsid w:val="00D122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9315A"/>
  <w14:defaultImageDpi w14:val="300"/>
  <w15:docId w15:val="{FA3465C5-DE18-C341-8AD7-3E2BF929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1125</Words>
  <Characters>6416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a34580</cp:lastModifiedBy>
  <cp:revision>4</cp:revision>
  <dcterms:created xsi:type="dcterms:W3CDTF">2013-12-23T23:15:00Z</dcterms:created>
  <dcterms:modified xsi:type="dcterms:W3CDTF">2026-09-24T09:14:00Z</dcterms:modified>
  <cp:category/>
</cp:coreProperties>
</file>